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94F" w:rsidRDefault="008958BF" w:rsidP="00720767">
      <w:pPr>
        <w:jc w:val="center"/>
        <w:rPr>
          <w:rFonts w:hint="eastAsia"/>
        </w:rPr>
      </w:pPr>
      <w:r>
        <w:rPr>
          <w:b/>
          <w:sz w:val="40"/>
        </w:rPr>
        <w:t>Payment Authorization Form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E2594F">
        <w:tc>
          <w:tcPr>
            <w:tcW w:w="10368" w:type="dxa"/>
            <w:shd w:val="clear" w:color="auto" w:fill="F2F4F7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E2594F" w:rsidRDefault="008958BF">
            <w:pPr>
              <w:rPr>
                <w:rFonts w:hint="eastAsia"/>
              </w:rPr>
            </w:pPr>
            <w:r>
              <w:rPr>
                <w:b/>
                <w:sz w:val="26"/>
              </w:rPr>
              <w:t>Cardholder Information</w:t>
            </w:r>
          </w:p>
        </w:tc>
      </w:tr>
    </w:tbl>
    <w:p w:rsidR="00E2594F" w:rsidRDefault="008958BF">
      <w:pPr>
        <w:spacing w:after="60"/>
        <w:rPr>
          <w:rFonts w:hint="eastAsia"/>
        </w:rPr>
      </w:pPr>
      <w:r>
        <w:rPr>
          <w:b/>
        </w:rPr>
        <w:t>Cardholder Name</w:t>
      </w:r>
    </w:p>
    <w:p w:rsidR="00E2594F" w:rsidRDefault="008958BF">
      <w:pPr>
        <w:pBdr>
          <w:bottom w:val="single" w:sz="4" w:space="1" w:color="B7B7B7"/>
        </w:pBdr>
        <w:spacing w:after="160"/>
        <w:ind w:left="216"/>
        <w:rPr>
          <w:rFonts w:hint="eastAsia"/>
        </w:rPr>
      </w:pPr>
      <w:r>
        <w:t xml:space="preserve"> </w:t>
      </w:r>
    </w:p>
    <w:p w:rsidR="00E2594F" w:rsidRDefault="008958BF">
      <w:pPr>
        <w:spacing w:after="60"/>
        <w:rPr>
          <w:rFonts w:hint="eastAsia"/>
        </w:rPr>
      </w:pPr>
      <w:r>
        <w:rPr>
          <w:b/>
        </w:rPr>
        <w:t>Billing Address</w:t>
      </w:r>
    </w:p>
    <w:p w:rsidR="00E2594F" w:rsidRDefault="008958BF">
      <w:pPr>
        <w:pBdr>
          <w:bottom w:val="single" w:sz="4" w:space="1" w:color="B7B7B7"/>
        </w:pBdr>
        <w:spacing w:after="160"/>
        <w:ind w:left="216"/>
        <w:rPr>
          <w:rFonts w:hint="eastAsia"/>
        </w:rPr>
      </w:pPr>
      <w:r>
        <w:t xml:space="preserve"> </w:t>
      </w:r>
    </w:p>
    <w:p w:rsidR="00E2594F" w:rsidRDefault="008958BF">
      <w:pPr>
        <w:spacing w:after="80"/>
        <w:rPr>
          <w:rFonts w:hint="eastAsia"/>
        </w:rPr>
      </w:pPr>
      <w:r>
        <w:rPr>
          <w:b/>
        </w:rPr>
        <w:t>Type of Credit Card</w:t>
      </w:r>
    </w:p>
    <w:p w:rsidR="00E2594F" w:rsidRDefault="008958BF">
      <w:pPr>
        <w:spacing w:after="100"/>
        <w:ind w:left="216"/>
        <w:rPr>
          <w:rFonts w:hint="eastAsia"/>
        </w:rPr>
      </w:pPr>
      <w:r>
        <w:t xml:space="preserve">☐ </w:t>
      </w:r>
      <w:r w:rsidR="00720767">
        <w:t>MasterCard</w:t>
      </w:r>
      <w:r w:rsidR="00720767">
        <w:tab/>
      </w:r>
      <w:r w:rsidR="00720767">
        <w:tab/>
      </w:r>
      <w:r>
        <w:t>☐ Visa</w:t>
      </w:r>
      <w:r w:rsidR="00720767">
        <w:tab/>
      </w:r>
      <w:r w:rsidR="00720767">
        <w:tab/>
      </w:r>
      <w:r w:rsidR="00720767">
        <w:tab/>
      </w:r>
      <w:r>
        <w:t>☐</w:t>
      </w:r>
      <w:r w:rsidR="00720767">
        <w:t xml:space="preserve"> American Express</w:t>
      </w:r>
      <w:r w:rsidR="00720767">
        <w:tab/>
      </w:r>
      <w:r w:rsidR="00720767">
        <w:tab/>
      </w:r>
      <w:r w:rsidR="00720767">
        <w:tab/>
      </w:r>
      <w:r>
        <w:t>☐ Discover</w:t>
      </w:r>
    </w:p>
    <w:p w:rsidR="00E2594F" w:rsidRDefault="008958BF">
      <w:pPr>
        <w:spacing w:after="60"/>
        <w:rPr>
          <w:rFonts w:hint="eastAsia"/>
        </w:rPr>
      </w:pPr>
      <w:r>
        <w:rPr>
          <w:b/>
        </w:rPr>
        <w:t>Credit Card Number</w:t>
      </w:r>
    </w:p>
    <w:p w:rsidR="00E2594F" w:rsidRDefault="008958BF">
      <w:pPr>
        <w:pBdr>
          <w:bottom w:val="single" w:sz="4" w:space="1" w:color="B7B7B7"/>
        </w:pBdr>
        <w:spacing w:after="160"/>
        <w:ind w:left="216"/>
        <w:rPr>
          <w:rFonts w:hint="eastAsia"/>
        </w:rPr>
      </w:pPr>
      <w:r>
        <w:t xml:space="preserve"> </w:t>
      </w:r>
    </w:p>
    <w:p w:rsidR="00E2594F" w:rsidRDefault="008958BF">
      <w:pPr>
        <w:spacing w:after="60"/>
        <w:rPr>
          <w:rFonts w:hint="eastAsia"/>
        </w:rPr>
      </w:pPr>
      <w:r>
        <w:rPr>
          <w:b/>
        </w:rPr>
        <w:t>Expiration Date</w:t>
      </w:r>
    </w:p>
    <w:p w:rsidR="00E2594F" w:rsidRDefault="008958BF">
      <w:pPr>
        <w:pBdr>
          <w:bottom w:val="single" w:sz="4" w:space="1" w:color="B7B7B7"/>
        </w:pBdr>
        <w:spacing w:after="160"/>
        <w:ind w:left="216"/>
        <w:rPr>
          <w:rFonts w:hint="eastAsia"/>
        </w:rPr>
      </w:pPr>
      <w:r>
        <w:t xml:space="preserve"> </w:t>
      </w:r>
    </w:p>
    <w:p w:rsidR="00E2594F" w:rsidRDefault="008958BF">
      <w:pPr>
        <w:spacing w:after="60"/>
        <w:rPr>
          <w:rFonts w:hint="eastAsia"/>
        </w:rPr>
      </w:pPr>
      <w:r>
        <w:rPr>
          <w:b/>
        </w:rPr>
        <w:t>Security Code</w:t>
      </w:r>
    </w:p>
    <w:p w:rsidR="00E2594F" w:rsidRDefault="008958BF">
      <w:pPr>
        <w:pBdr>
          <w:bottom w:val="single" w:sz="4" w:space="1" w:color="B7B7B7"/>
        </w:pBdr>
        <w:spacing w:after="160"/>
        <w:ind w:left="216"/>
        <w:rPr>
          <w:rFonts w:hint="eastAsia"/>
        </w:rPr>
      </w:pPr>
      <w: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E2594F">
        <w:tc>
          <w:tcPr>
            <w:tcW w:w="10368" w:type="dxa"/>
            <w:shd w:val="clear" w:color="auto" w:fill="F2F4F7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E2594F" w:rsidRDefault="008958BF">
            <w:pPr>
              <w:rPr>
                <w:rFonts w:hint="eastAsia"/>
              </w:rPr>
            </w:pPr>
            <w:r>
              <w:rPr>
                <w:b/>
                <w:sz w:val="26"/>
              </w:rPr>
              <w:t>Amount to Charge</w:t>
            </w:r>
          </w:p>
        </w:tc>
      </w:tr>
    </w:tbl>
    <w:p w:rsidR="00E2594F" w:rsidRDefault="008958BF">
      <w:pPr>
        <w:spacing w:after="80"/>
        <w:rPr>
          <w:rFonts w:hint="eastAsia"/>
        </w:rPr>
      </w:pPr>
      <w:r>
        <w:rPr>
          <w:b/>
        </w:rPr>
        <w:t>Select one</w:t>
      </w:r>
    </w:p>
    <w:p w:rsidR="00E2594F" w:rsidRDefault="008958BF">
      <w:pPr>
        <w:spacing w:after="100"/>
        <w:ind w:left="216"/>
        <w:rPr>
          <w:rFonts w:hint="eastAsia"/>
        </w:rPr>
      </w:pPr>
      <w:r>
        <w:t>☐ Amount remaining after insurance in billed</w:t>
      </w:r>
      <w:r w:rsidR="00720767">
        <w:tab/>
      </w:r>
      <w:r w:rsidR="00720767">
        <w:tab/>
      </w:r>
      <w:r w:rsidR="00720767">
        <w:tab/>
      </w:r>
      <w:r>
        <w:t>☐ Specific Amount</w:t>
      </w:r>
    </w:p>
    <w:p w:rsidR="00E2594F" w:rsidRDefault="008958BF">
      <w:pPr>
        <w:spacing w:after="60"/>
        <w:rPr>
          <w:rFonts w:hint="eastAsia"/>
        </w:rPr>
      </w:pPr>
      <w:r>
        <w:rPr>
          <w:b/>
        </w:rPr>
        <w:t>Specific Amount (if selected)</w:t>
      </w:r>
    </w:p>
    <w:p w:rsidR="00E2594F" w:rsidRDefault="008958BF">
      <w:pPr>
        <w:pBdr>
          <w:bottom w:val="single" w:sz="4" w:space="1" w:color="B7B7B7"/>
        </w:pBdr>
        <w:spacing w:after="160"/>
        <w:ind w:left="216"/>
        <w:rPr>
          <w:rFonts w:hint="eastAsia"/>
        </w:rPr>
      </w:pPr>
      <w: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E2594F">
        <w:tc>
          <w:tcPr>
            <w:tcW w:w="10368" w:type="dxa"/>
            <w:shd w:val="clear" w:color="auto" w:fill="F2F4F7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E2594F" w:rsidRDefault="008958BF">
            <w:pPr>
              <w:rPr>
                <w:rFonts w:hint="eastAsia"/>
              </w:rPr>
            </w:pPr>
            <w:r>
              <w:rPr>
                <w:b/>
                <w:sz w:val="26"/>
              </w:rPr>
              <w:t>Authorization</w:t>
            </w:r>
          </w:p>
        </w:tc>
      </w:tr>
    </w:tbl>
    <w:p w:rsidR="00E2594F" w:rsidRDefault="008958BF">
      <w:pPr>
        <w:rPr>
          <w:rFonts w:hint="eastAsia"/>
        </w:rPr>
      </w:pPr>
      <w:r>
        <w:rPr>
          <w:sz w:val="20"/>
        </w:rPr>
        <w:t>I __________________________________________ authorize Mansi Sant, LCPC to charge the agreed upon amount listed above to my credit card provided after each session. I agree that I will pay the charges in accordance with the issuing bank cardholder agreement.</w:t>
      </w:r>
    </w:p>
    <w:p w:rsidR="00E2594F" w:rsidRDefault="008958BF">
      <w:pPr>
        <w:rPr>
          <w:rFonts w:hint="eastAsia"/>
        </w:rPr>
      </w:pPr>
      <w:r>
        <w:rPr>
          <w:sz w:val="20"/>
        </w:rPr>
        <w:t>I understand that this authorization will remain in effect until I cancel the agreement in writing with Mansi Sant, LCPC. I also agree to notify Mansi Sant, LCPC, of any changes to my payment information at 10 days prior to the next billing date.</w:t>
      </w:r>
    </w:p>
    <w:p w:rsidR="00E2594F" w:rsidRDefault="008958BF">
      <w:pPr>
        <w:rPr>
          <w:rFonts w:hint="eastAsia"/>
        </w:rPr>
      </w:pPr>
      <w:r>
        <w:rPr>
          <w:sz w:val="20"/>
        </w:rPr>
        <w:t>I am the authorization user of this payment card and will not dispute the scheduled payment outlined above.</w:t>
      </w:r>
    </w:p>
    <w:p w:rsidR="00E2594F" w:rsidRDefault="008958BF">
      <w:pPr>
        <w:spacing w:after="60"/>
        <w:rPr>
          <w:rFonts w:hint="eastAsia"/>
        </w:rPr>
      </w:pPr>
      <w:r>
        <w:rPr>
          <w:b/>
        </w:rPr>
        <w:t>Cardholder Printed Name</w:t>
      </w:r>
    </w:p>
    <w:p w:rsidR="00E2594F" w:rsidRDefault="008958BF">
      <w:pPr>
        <w:pBdr>
          <w:bottom w:val="single" w:sz="4" w:space="1" w:color="B7B7B7"/>
        </w:pBdr>
        <w:spacing w:after="160"/>
        <w:ind w:left="216"/>
        <w:rPr>
          <w:rFonts w:hint="eastAsia"/>
        </w:rPr>
      </w:pPr>
      <w:r>
        <w:t xml:space="preserve"> </w:t>
      </w:r>
    </w:p>
    <w:p w:rsidR="00E2594F" w:rsidRDefault="008958BF">
      <w:pPr>
        <w:spacing w:after="60"/>
        <w:rPr>
          <w:rFonts w:hint="eastAsia"/>
        </w:rPr>
      </w:pPr>
      <w:r>
        <w:rPr>
          <w:b/>
        </w:rPr>
        <w:t>Signature</w:t>
      </w:r>
    </w:p>
    <w:p w:rsidR="00E2594F" w:rsidRDefault="008958BF">
      <w:pPr>
        <w:pBdr>
          <w:bottom w:val="single" w:sz="4" w:space="1" w:color="B7B7B7"/>
        </w:pBdr>
        <w:spacing w:after="160"/>
        <w:ind w:left="216"/>
        <w:rPr>
          <w:rFonts w:hint="eastAsia"/>
        </w:rPr>
      </w:pPr>
      <w:r>
        <w:t xml:space="preserve"> </w:t>
      </w:r>
    </w:p>
    <w:p w:rsidR="00E2594F" w:rsidRDefault="008958BF">
      <w:pPr>
        <w:spacing w:after="60"/>
        <w:rPr>
          <w:rFonts w:hint="eastAsia"/>
        </w:rPr>
      </w:pPr>
      <w:r>
        <w:rPr>
          <w:b/>
        </w:rPr>
        <w:t>Date</w:t>
      </w:r>
    </w:p>
    <w:p w:rsidR="00E2594F" w:rsidRPr="00720767" w:rsidRDefault="008958BF" w:rsidP="00851D2A">
      <w:pPr>
        <w:pBdr>
          <w:bottom w:val="single" w:sz="4" w:space="1" w:color="B7B7B7"/>
        </w:pBdr>
        <w:spacing w:after="160"/>
        <w:ind w:left="216"/>
        <w:rPr>
          <w:rFonts w:hint="eastAsia"/>
        </w:rPr>
      </w:pPr>
      <w:r>
        <w:t xml:space="preserve"> </w:t>
      </w:r>
      <w:bookmarkStart w:id="0" w:name="_GoBack"/>
      <w:bookmarkEnd w:id="0"/>
    </w:p>
    <w:sectPr w:rsidR="00E2594F" w:rsidRPr="00720767" w:rsidSect="00034616">
      <w:headerReference w:type="default" r:id="rId8"/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6759" w:rsidRDefault="00F4675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F46759" w:rsidRDefault="00F4675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-53289058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720767" w:rsidRPr="00720767" w:rsidRDefault="00720767">
            <w:pPr>
              <w:pStyle w:val="Footer"/>
              <w:jc w:val="right"/>
              <w:rPr>
                <w:rFonts w:hint="eastAsia"/>
                <w:sz w:val="16"/>
                <w:szCs w:val="16"/>
              </w:rPr>
            </w:pPr>
            <w:r w:rsidRPr="00720767">
              <w:rPr>
                <w:sz w:val="16"/>
                <w:szCs w:val="16"/>
              </w:rPr>
              <w:t xml:space="preserve">Page </w:t>
            </w:r>
            <w:r w:rsidRPr="00720767">
              <w:rPr>
                <w:b/>
                <w:bCs/>
                <w:sz w:val="16"/>
                <w:szCs w:val="16"/>
              </w:rPr>
              <w:fldChar w:fldCharType="begin"/>
            </w:r>
            <w:r w:rsidRPr="00720767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720767">
              <w:rPr>
                <w:b/>
                <w:bCs/>
                <w:sz w:val="16"/>
                <w:szCs w:val="16"/>
              </w:rPr>
              <w:fldChar w:fldCharType="separate"/>
            </w:r>
            <w:r w:rsidR="00851D2A">
              <w:rPr>
                <w:rFonts w:hint="eastAsia"/>
                <w:b/>
                <w:bCs/>
                <w:noProof/>
                <w:sz w:val="16"/>
                <w:szCs w:val="16"/>
              </w:rPr>
              <w:t>1</w:t>
            </w:r>
            <w:r w:rsidRPr="00720767">
              <w:rPr>
                <w:b/>
                <w:bCs/>
                <w:sz w:val="16"/>
                <w:szCs w:val="16"/>
              </w:rPr>
              <w:fldChar w:fldCharType="end"/>
            </w:r>
            <w:r w:rsidRPr="00720767">
              <w:rPr>
                <w:sz w:val="16"/>
                <w:szCs w:val="16"/>
              </w:rPr>
              <w:t xml:space="preserve"> of </w:t>
            </w:r>
            <w:r w:rsidRPr="00720767">
              <w:rPr>
                <w:b/>
                <w:bCs/>
                <w:sz w:val="16"/>
                <w:szCs w:val="16"/>
              </w:rPr>
              <w:fldChar w:fldCharType="begin"/>
            </w:r>
            <w:r w:rsidRPr="00720767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720767">
              <w:rPr>
                <w:b/>
                <w:bCs/>
                <w:sz w:val="16"/>
                <w:szCs w:val="16"/>
              </w:rPr>
              <w:fldChar w:fldCharType="separate"/>
            </w:r>
            <w:r w:rsidR="00851D2A">
              <w:rPr>
                <w:rFonts w:hint="eastAsia"/>
                <w:b/>
                <w:bCs/>
                <w:noProof/>
                <w:sz w:val="16"/>
                <w:szCs w:val="16"/>
              </w:rPr>
              <w:t>1</w:t>
            </w:r>
            <w:r w:rsidRPr="00720767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E2594F" w:rsidRDefault="00720767" w:rsidP="00720767">
    <w:pPr>
      <w:tabs>
        <w:tab w:val="center" w:pos="4680"/>
        <w:tab w:val="right" w:pos="9360"/>
      </w:tabs>
      <w:spacing w:after="0" w:line="240" w:lineRule="auto"/>
      <w:jc w:val="center"/>
      <w:rPr>
        <w:rFonts w:hint="eastAsia"/>
      </w:rPr>
    </w:pPr>
    <w:r w:rsidRPr="00720767">
      <w:rPr>
        <w:sz w:val="16"/>
      </w:rPr>
      <w:t>Nu</w:t>
    </w:r>
    <w:r>
      <w:rPr>
        <w:sz w:val="16"/>
      </w:rPr>
      <w:t>rturing Strong Roots Counseling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6759" w:rsidRDefault="00F4675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F46759" w:rsidRDefault="00F4675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767" w:rsidRDefault="00720767">
    <w:pPr>
      <w:pStyle w:val="Header"/>
      <w:rPr>
        <w:rFonts w:hint="eastAsia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141F213" wp14:editId="69F0A3C8">
          <wp:simplePos x="0" y="0"/>
          <wp:positionH relativeFrom="page">
            <wp:posOffset>7272338</wp:posOffset>
          </wp:positionH>
          <wp:positionV relativeFrom="paragraph">
            <wp:posOffset>-414337</wp:posOffset>
          </wp:positionV>
          <wp:extent cx="365480" cy="486495"/>
          <wp:effectExtent l="152400" t="152400" r="358775" b="37084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 for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383" cy="506333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20767"/>
    <w:rsid w:val="00851D2A"/>
    <w:rsid w:val="008958BF"/>
    <w:rsid w:val="00AA1D8D"/>
    <w:rsid w:val="00B47730"/>
    <w:rsid w:val="00CB0664"/>
    <w:rsid w:val="00E2594F"/>
    <w:rsid w:val="00F467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DCD675FF-9EAC-4033-AC10-9FF391C0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EF617B-26D0-495A-A5F7-CB08C84C5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Mansi Sant</cp:lastModifiedBy>
  <cp:revision>3</cp:revision>
  <dcterms:created xsi:type="dcterms:W3CDTF">2026-10-01T19:28:00Z</dcterms:created>
  <dcterms:modified xsi:type="dcterms:W3CDTF">2026-10-05T16:36:00Z</dcterms:modified>
  <cp:category/>
</cp:coreProperties>
</file>